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0467B" w14:textId="77777777" w:rsidR="00F533B0" w:rsidRPr="00B210ED" w:rsidRDefault="00000000">
      <w:pPr>
        <w:jc w:val="center"/>
        <w:rPr>
          <w:lang w:val="el-GR"/>
        </w:rPr>
      </w:pPr>
      <w:r w:rsidRPr="00B210ED">
        <w:rPr>
          <w:b/>
          <w:color w:val="00468C"/>
          <w:sz w:val="40"/>
          <w:lang w:val="el-GR"/>
        </w:rPr>
        <w:t>ΠΡΟΣΚΛΗΣΗ ΕΓΓΡΑΦΩΝ</w:t>
      </w:r>
    </w:p>
    <w:p w14:paraId="7D4CB2FF" w14:textId="77777777" w:rsidR="00F533B0" w:rsidRPr="00B210ED" w:rsidRDefault="00000000">
      <w:pPr>
        <w:jc w:val="center"/>
        <w:rPr>
          <w:lang w:val="el-GR"/>
        </w:rPr>
      </w:pPr>
      <w:r w:rsidRPr="00B210ED">
        <w:rPr>
          <w:i/>
          <w:sz w:val="24"/>
          <w:lang w:val="el-GR"/>
        </w:rPr>
        <w:t>Πρόγραμμα Επιμόρφωσης Κ.Ε.ΔΙ.ΒΙ.Μ. – Πανεπιστήμιο Πελοποννήσου</w:t>
      </w:r>
    </w:p>
    <w:p w14:paraId="027BEA6F" w14:textId="77777777" w:rsidR="00F533B0" w:rsidRPr="00B210ED" w:rsidRDefault="00F533B0">
      <w:pPr>
        <w:rPr>
          <w:lang w:val="el-GR"/>
        </w:rPr>
      </w:pPr>
    </w:p>
    <w:p w14:paraId="66DD594C" w14:textId="77777777" w:rsidR="00F533B0" w:rsidRPr="00B210ED" w:rsidRDefault="00000000">
      <w:pPr>
        <w:jc w:val="both"/>
        <w:rPr>
          <w:lang w:val="el-GR"/>
        </w:rPr>
      </w:pPr>
      <w:r w:rsidRPr="00B210ED">
        <w:rPr>
          <w:lang w:val="el-GR"/>
        </w:rPr>
        <w:t>Το Κέντρο Επιμόρφωσης και Δια Βίου Μάθησης (Κ.Ε.ΔΙ.ΒΙ.Μ.) του Πανεπιστημίου Πελοποννήσου σας προσκαλεί να συμμετάσχετε στο νέο επιμορφωτικό πρόγραμμα:</w:t>
      </w:r>
    </w:p>
    <w:p w14:paraId="54B7A28F" w14:textId="77777777" w:rsidR="00F533B0" w:rsidRPr="00B210ED" w:rsidRDefault="00000000">
      <w:pPr>
        <w:jc w:val="center"/>
        <w:rPr>
          <w:lang w:val="el-GR"/>
        </w:rPr>
      </w:pPr>
      <w:r w:rsidRPr="00B210ED">
        <w:rPr>
          <w:b/>
          <w:sz w:val="28"/>
          <w:lang w:val="el-GR"/>
        </w:rPr>
        <w:t xml:space="preserve">«Τεχνικές Ανάλυσης Δεδομένων και Επιχειρηματικής Ευφυΐας με χρήση του </w:t>
      </w:r>
      <w:r>
        <w:rPr>
          <w:b/>
          <w:sz w:val="28"/>
        </w:rPr>
        <w:t>Excel</w:t>
      </w:r>
      <w:r w:rsidRPr="00B210ED">
        <w:rPr>
          <w:b/>
          <w:sz w:val="28"/>
          <w:lang w:val="el-GR"/>
        </w:rPr>
        <w:t>»</w:t>
      </w:r>
    </w:p>
    <w:p w14:paraId="23E432A6" w14:textId="77777777" w:rsidR="00F533B0" w:rsidRPr="00B210ED" w:rsidRDefault="00000000">
      <w:pPr>
        <w:jc w:val="both"/>
        <w:rPr>
          <w:lang w:val="el-GR"/>
        </w:rPr>
      </w:pPr>
      <w:r>
        <w:t>📅</w:t>
      </w:r>
      <w:r w:rsidRPr="00B210ED">
        <w:rPr>
          <w:lang w:val="el-GR"/>
        </w:rPr>
        <w:t xml:space="preserve"> Έναρξη Προγράμματος: 20 Οκτωβρίου 2025</w:t>
      </w:r>
    </w:p>
    <w:p w14:paraId="0477D6F6" w14:textId="77777777" w:rsidR="00F533B0" w:rsidRPr="00B210ED" w:rsidRDefault="00000000">
      <w:pPr>
        <w:jc w:val="both"/>
        <w:rPr>
          <w:lang w:val="el-GR"/>
        </w:rPr>
      </w:pPr>
      <w:r w:rsidRPr="00B210ED">
        <w:rPr>
          <w:lang w:val="el-GR"/>
        </w:rPr>
        <w:t>⏳ Προθεσμία Υποβολής Αιτήσεων: έως 17 Οκτωβρίου 2025</w:t>
      </w:r>
    </w:p>
    <w:p w14:paraId="047E47E1" w14:textId="77777777" w:rsidR="00F533B0" w:rsidRPr="00B210ED" w:rsidRDefault="00000000">
      <w:pPr>
        <w:jc w:val="both"/>
        <w:rPr>
          <w:lang w:val="el-GR"/>
        </w:rPr>
      </w:pPr>
      <w:r>
        <w:t>💻</w:t>
      </w:r>
      <w:r w:rsidRPr="00B210ED">
        <w:rPr>
          <w:lang w:val="el-GR"/>
        </w:rPr>
        <w:t xml:space="preserve"> Τρόπος Υλοποίησης: Εξ αποστάσεως (σύγχρονη &amp; ασύγχρονη εκπαίδευση)</w:t>
      </w:r>
    </w:p>
    <w:p w14:paraId="7B98322A" w14:textId="137086FD" w:rsidR="00F533B0" w:rsidRPr="00B210ED" w:rsidRDefault="00000000">
      <w:pPr>
        <w:jc w:val="both"/>
        <w:rPr>
          <w:lang w:val="el-GR"/>
        </w:rPr>
      </w:pPr>
      <w:r>
        <w:t>💶</w:t>
      </w:r>
      <w:r w:rsidRPr="00B210ED">
        <w:rPr>
          <w:lang w:val="el-GR"/>
        </w:rPr>
        <w:t xml:space="preserve"> Κόστος Συμμετοχής: 250 € (με δυνατότητα έκπτωσης 10% για ανέργους, </w:t>
      </w:r>
      <w:proofErr w:type="spellStart"/>
      <w:r w:rsidRPr="00B210ED">
        <w:rPr>
          <w:lang w:val="el-GR"/>
        </w:rPr>
        <w:t>ΑμεΑ</w:t>
      </w:r>
      <w:proofErr w:type="spellEnd"/>
      <w:r w:rsidRPr="00B210ED">
        <w:rPr>
          <w:lang w:val="el-GR"/>
        </w:rPr>
        <w:t xml:space="preserve">, μέλη προσωπικού Π.Π., πολύτεκνους &amp; </w:t>
      </w:r>
      <w:proofErr w:type="spellStart"/>
      <w:r w:rsidRPr="00B210ED">
        <w:rPr>
          <w:lang w:val="el-GR"/>
        </w:rPr>
        <w:t>τρίτεκνους</w:t>
      </w:r>
      <w:proofErr w:type="spellEnd"/>
      <w:r w:rsidRPr="00B210ED">
        <w:rPr>
          <w:lang w:val="el-GR"/>
        </w:rPr>
        <w:t>)</w:t>
      </w:r>
    </w:p>
    <w:p w14:paraId="18C974A3" w14:textId="77777777" w:rsidR="00F533B0" w:rsidRPr="00B210ED" w:rsidRDefault="00000000">
      <w:pPr>
        <w:jc w:val="both"/>
        <w:rPr>
          <w:lang w:val="el-GR"/>
        </w:rPr>
      </w:pPr>
      <w:r>
        <w:t>🎓</w:t>
      </w:r>
      <w:r w:rsidRPr="00B210ED">
        <w:rPr>
          <w:lang w:val="el-GR"/>
        </w:rPr>
        <w:t xml:space="preserve"> Πιστοποιητικό Επιμόρφωσης μετά την επιτυχή ολοκλήρωση</w:t>
      </w:r>
    </w:p>
    <w:p w14:paraId="038C62F7" w14:textId="77777777" w:rsidR="00F533B0" w:rsidRPr="00B210ED" w:rsidRDefault="00F533B0">
      <w:pPr>
        <w:rPr>
          <w:lang w:val="el-GR"/>
        </w:rPr>
      </w:pPr>
    </w:p>
    <w:p w14:paraId="3BBD57BA" w14:textId="6EF3051A" w:rsidR="00F533B0" w:rsidRPr="00B210ED" w:rsidRDefault="00000000">
      <w:pPr>
        <w:jc w:val="center"/>
        <w:rPr>
          <w:lang w:val="el-GR"/>
        </w:rPr>
      </w:pPr>
      <w:r w:rsidRPr="00B210ED">
        <w:rPr>
          <w:lang w:val="el-GR"/>
        </w:rPr>
        <w:t xml:space="preserve">➡ Κάντε την εγγραφή σας τώρα: </w:t>
      </w:r>
      <w:hyperlink r:id="rId6" w:history="1">
        <w:r w:rsidR="00B05E65" w:rsidRPr="00B05E65">
          <w:rPr>
            <w:rStyle w:val="-"/>
            <w:b/>
            <w:lang w:val="en-GB"/>
          </w:rPr>
          <w:t>https</w:t>
        </w:r>
        <w:r w:rsidR="00B05E65" w:rsidRPr="00B05E65">
          <w:rPr>
            <w:rStyle w:val="-"/>
            <w:b/>
            <w:lang w:val="el-GR"/>
          </w:rPr>
          <w:t>://</w:t>
        </w:r>
        <w:proofErr w:type="spellStart"/>
        <w:r w:rsidR="00B05E65" w:rsidRPr="00B05E65">
          <w:rPr>
            <w:rStyle w:val="-"/>
            <w:b/>
            <w:lang w:val="en-GB"/>
          </w:rPr>
          <w:t>lll</w:t>
        </w:r>
        <w:proofErr w:type="spellEnd"/>
        <w:r w:rsidR="00B05E65" w:rsidRPr="00B05E65">
          <w:rPr>
            <w:rStyle w:val="-"/>
            <w:b/>
            <w:lang w:val="el-GR"/>
          </w:rPr>
          <w:t>.</w:t>
        </w:r>
        <w:r w:rsidR="00B05E65" w:rsidRPr="00B05E65">
          <w:rPr>
            <w:rStyle w:val="-"/>
            <w:b/>
            <w:lang w:val="en-GB"/>
          </w:rPr>
          <w:t>uop</w:t>
        </w:r>
        <w:r w:rsidR="00B05E65" w:rsidRPr="00B05E65">
          <w:rPr>
            <w:rStyle w:val="-"/>
            <w:b/>
            <w:lang w:val="el-GR"/>
          </w:rPr>
          <w:t>.</w:t>
        </w:r>
        <w:r w:rsidR="00B05E65" w:rsidRPr="00B05E65">
          <w:rPr>
            <w:rStyle w:val="-"/>
            <w:b/>
            <w:lang w:val="en-GB"/>
          </w:rPr>
          <w:t>gr</w:t>
        </w:r>
        <w:r w:rsidR="00B05E65" w:rsidRPr="00B05E65">
          <w:rPr>
            <w:rStyle w:val="-"/>
            <w:b/>
            <w:lang w:val="el-GR"/>
          </w:rPr>
          <w:t>/</w:t>
        </w:r>
        <w:r w:rsidR="00B05E65" w:rsidRPr="00B05E65">
          <w:rPr>
            <w:rStyle w:val="-"/>
            <w:b/>
            <w:lang w:val="en-GB"/>
          </w:rPr>
          <w:t>online</w:t>
        </w:r>
        <w:r w:rsidR="00B05E65" w:rsidRPr="00B05E65">
          <w:rPr>
            <w:rStyle w:val="-"/>
            <w:b/>
            <w:lang w:val="el-GR"/>
          </w:rPr>
          <w:t>-</w:t>
        </w:r>
        <w:r w:rsidR="00B05E65" w:rsidRPr="00B05E65">
          <w:rPr>
            <w:rStyle w:val="-"/>
            <w:b/>
            <w:lang w:val="en-GB"/>
          </w:rPr>
          <w:t>registration</w:t>
        </w:r>
        <w:r w:rsidR="00B05E65" w:rsidRPr="00B05E65">
          <w:rPr>
            <w:rStyle w:val="-"/>
            <w:b/>
            <w:lang w:val="el-GR"/>
          </w:rPr>
          <w:t>/</w:t>
        </w:r>
      </w:hyperlink>
      <w:r w:rsidR="00B05E65" w:rsidRPr="00B05E65">
        <w:rPr>
          <w:b/>
          <w:color w:val="0066CC"/>
          <w:lang w:val="el-GR"/>
        </w:rPr>
        <w:t xml:space="preserve">  </w:t>
      </w:r>
    </w:p>
    <w:p w14:paraId="69DB44AC" w14:textId="77777777" w:rsidR="00F533B0" w:rsidRPr="00B210ED" w:rsidRDefault="00F533B0">
      <w:pPr>
        <w:rPr>
          <w:lang w:val="el-GR"/>
        </w:rPr>
      </w:pPr>
    </w:p>
    <w:p w14:paraId="1BE66CFA" w14:textId="59BB4C7C" w:rsidR="00F533B0" w:rsidRPr="00B210ED" w:rsidRDefault="001B6D0E">
      <w:pPr>
        <w:jc w:val="both"/>
        <w:rPr>
          <w:lang w:val="el-GR"/>
        </w:rPr>
      </w:pPr>
      <w:r>
        <w:rPr>
          <w:lang w:val="el-GR"/>
        </w:rPr>
        <w:t>Διδάσκοντες</w:t>
      </w:r>
      <w:r w:rsidRPr="00B210ED">
        <w:rPr>
          <w:lang w:val="el-GR"/>
        </w:rPr>
        <w:t>: Καθηγητής</w:t>
      </w:r>
      <w:r>
        <w:rPr>
          <w:lang w:val="el-GR"/>
        </w:rPr>
        <w:t xml:space="preserve"> </w:t>
      </w:r>
      <w:r w:rsidRPr="00B210ED">
        <w:rPr>
          <w:lang w:val="el-GR"/>
        </w:rPr>
        <w:t xml:space="preserve">Στέφανος Γιακουμάτος, </w:t>
      </w:r>
      <w:r>
        <w:rPr>
          <w:lang w:val="el-GR"/>
        </w:rPr>
        <w:t>(</w:t>
      </w:r>
      <w:r w:rsidRPr="00B210ED">
        <w:rPr>
          <w:lang w:val="el-GR"/>
        </w:rPr>
        <w:t>Επιστημονικός Υπεύθυνος</w:t>
      </w:r>
      <w:r>
        <w:rPr>
          <w:lang w:val="el-GR"/>
        </w:rPr>
        <w:t xml:space="preserve">), </w:t>
      </w:r>
      <w:r w:rsidRPr="00B210ED">
        <w:rPr>
          <w:lang w:val="el-GR"/>
        </w:rPr>
        <w:t>Καθηγητής</w:t>
      </w:r>
      <w:r>
        <w:rPr>
          <w:lang w:val="el-GR"/>
        </w:rPr>
        <w:t xml:space="preserve"> Θεόδωρος </w:t>
      </w:r>
      <w:proofErr w:type="spellStart"/>
      <w:r>
        <w:rPr>
          <w:lang w:val="el-GR"/>
        </w:rPr>
        <w:t>Κοτσιλιέρης</w:t>
      </w:r>
      <w:proofErr w:type="spellEnd"/>
      <w:r>
        <w:rPr>
          <w:lang w:val="el-GR"/>
        </w:rPr>
        <w:t xml:space="preserve">, </w:t>
      </w:r>
      <w:r w:rsidRPr="00B210ED">
        <w:rPr>
          <w:lang w:val="el-GR"/>
        </w:rPr>
        <w:t xml:space="preserve"> </w:t>
      </w:r>
      <w:r>
        <w:rPr>
          <w:lang w:val="el-GR"/>
        </w:rPr>
        <w:t xml:space="preserve">Επίκουρος </w:t>
      </w:r>
      <w:r w:rsidRPr="00B210ED">
        <w:rPr>
          <w:lang w:val="el-GR"/>
        </w:rPr>
        <w:t>Καθηγητής</w:t>
      </w:r>
      <w:r>
        <w:rPr>
          <w:lang w:val="el-GR"/>
        </w:rPr>
        <w:t xml:space="preserve"> Γεώργιος Μαυριδόγλου, </w:t>
      </w:r>
      <w:proofErr w:type="spellStart"/>
      <w:r>
        <w:rPr>
          <w:lang w:val="el-GR"/>
        </w:rPr>
        <w:t>Δρ</w:t>
      </w:r>
      <w:proofErr w:type="spellEnd"/>
      <w:r>
        <w:rPr>
          <w:lang w:val="el-GR"/>
        </w:rPr>
        <w:t xml:space="preserve"> Γεώργιος </w:t>
      </w:r>
      <w:proofErr w:type="spellStart"/>
      <w:r>
        <w:rPr>
          <w:lang w:val="el-GR"/>
        </w:rPr>
        <w:t>Νόκας</w:t>
      </w:r>
      <w:proofErr w:type="spellEnd"/>
      <w:r>
        <w:rPr>
          <w:lang w:val="el-GR"/>
        </w:rPr>
        <w:t>.</w:t>
      </w:r>
    </w:p>
    <w:p w14:paraId="71EF7B46" w14:textId="4C36CA40" w:rsidR="00F533B0" w:rsidRPr="00B210ED" w:rsidRDefault="00B210ED" w:rsidP="00B210ED">
      <w:pPr>
        <w:tabs>
          <w:tab w:val="left" w:pos="6583"/>
        </w:tabs>
        <w:rPr>
          <w:lang w:val="el-GR"/>
        </w:rPr>
      </w:pPr>
      <w:r>
        <w:rPr>
          <w:lang w:val="el-GR"/>
        </w:rPr>
        <w:tab/>
      </w:r>
    </w:p>
    <w:p w14:paraId="09947F86" w14:textId="0154C730" w:rsidR="00B210ED" w:rsidRPr="00B210ED" w:rsidRDefault="00000000" w:rsidP="00B210ED">
      <w:pPr>
        <w:rPr>
          <w:lang w:val="el-GR"/>
        </w:rPr>
      </w:pPr>
      <w:r w:rsidRPr="00B210ED">
        <w:rPr>
          <w:lang w:val="el-GR"/>
        </w:rPr>
        <w:t xml:space="preserve">Για περισσότερες </w:t>
      </w:r>
      <w:hyperlink r:id="rId7" w:history="1">
        <w:r w:rsidRPr="0093529D">
          <w:rPr>
            <w:rStyle w:val="-"/>
            <w:lang w:val="el-GR"/>
          </w:rPr>
          <w:t>πληροφορίες</w:t>
        </w:r>
      </w:hyperlink>
      <w:r w:rsidRPr="00B210ED">
        <w:rPr>
          <w:lang w:val="el-GR"/>
        </w:rPr>
        <w:t xml:space="preserve">: Κοστρίβα </w:t>
      </w:r>
      <w:r w:rsidR="00FE3220">
        <w:rPr>
          <w:lang w:val="el-GR"/>
        </w:rPr>
        <w:t>Ρ</w:t>
      </w:r>
      <w:r w:rsidR="00B210ED">
        <w:rPr>
          <w:lang w:val="el-GR"/>
        </w:rPr>
        <w:t>.</w:t>
      </w:r>
      <w:r w:rsidRPr="00B210ED">
        <w:rPr>
          <w:lang w:val="el-GR"/>
        </w:rPr>
        <w:t xml:space="preserve">– </w:t>
      </w:r>
      <w:proofErr w:type="spellStart"/>
      <w:r w:rsidRPr="00B210ED">
        <w:rPr>
          <w:lang w:val="el-GR"/>
        </w:rPr>
        <w:t>Τηλ</w:t>
      </w:r>
      <w:proofErr w:type="spellEnd"/>
      <w:r w:rsidRPr="00B210ED">
        <w:rPr>
          <w:lang w:val="el-GR"/>
        </w:rPr>
        <w:t xml:space="preserve">.: 27210 45216 – </w:t>
      </w:r>
      <w:r>
        <w:t>Email</w:t>
      </w:r>
      <w:r w:rsidRPr="00B210ED">
        <w:rPr>
          <w:lang w:val="el-GR"/>
        </w:rPr>
        <w:t>:</w:t>
      </w:r>
      <w:r w:rsidR="00B210ED">
        <w:rPr>
          <w:lang w:val="el-GR"/>
        </w:rPr>
        <w:t xml:space="preserve"> </w:t>
      </w:r>
      <w:hyperlink r:id="rId8" w:history="1">
        <w:r w:rsidR="00B210ED" w:rsidRPr="005C2193">
          <w:rPr>
            <w:rStyle w:val="-"/>
          </w:rPr>
          <w:t>gram</w:t>
        </w:r>
        <w:r w:rsidR="00B210ED" w:rsidRPr="005C2193">
          <w:rPr>
            <w:rStyle w:val="-"/>
            <w:lang w:val="el-GR"/>
          </w:rPr>
          <w:t>_</w:t>
        </w:r>
        <w:r w:rsidR="00B210ED" w:rsidRPr="005C2193">
          <w:rPr>
            <w:rStyle w:val="-"/>
          </w:rPr>
          <w:t>dabi</w:t>
        </w:r>
        <w:r w:rsidR="00B210ED" w:rsidRPr="005C2193">
          <w:rPr>
            <w:rStyle w:val="-"/>
            <w:lang w:val="el-GR"/>
          </w:rPr>
          <w:t>@</w:t>
        </w:r>
        <w:r w:rsidR="00B210ED" w:rsidRPr="005C2193">
          <w:rPr>
            <w:rStyle w:val="-"/>
          </w:rPr>
          <w:t>uop</w:t>
        </w:r>
        <w:r w:rsidR="00B210ED" w:rsidRPr="005C2193">
          <w:rPr>
            <w:rStyle w:val="-"/>
            <w:lang w:val="el-GR"/>
          </w:rPr>
          <w:t>.</w:t>
        </w:r>
        <w:r w:rsidR="00B210ED" w:rsidRPr="005C2193">
          <w:rPr>
            <w:rStyle w:val="-"/>
          </w:rPr>
          <w:t>gr</w:t>
        </w:r>
      </w:hyperlink>
    </w:p>
    <w:p w14:paraId="0B591F13" w14:textId="20ECF4AC" w:rsidR="00F533B0" w:rsidRPr="00B210ED" w:rsidRDefault="00F533B0">
      <w:pPr>
        <w:jc w:val="both"/>
        <w:rPr>
          <w:lang w:val="el-GR"/>
        </w:rPr>
      </w:pPr>
    </w:p>
    <w:sectPr w:rsidR="00F533B0" w:rsidRPr="00B210E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3636517">
    <w:abstractNumId w:val="8"/>
  </w:num>
  <w:num w:numId="2" w16cid:durableId="567574440">
    <w:abstractNumId w:val="6"/>
  </w:num>
  <w:num w:numId="3" w16cid:durableId="412287901">
    <w:abstractNumId w:val="5"/>
  </w:num>
  <w:num w:numId="4" w16cid:durableId="169222020">
    <w:abstractNumId w:val="4"/>
  </w:num>
  <w:num w:numId="5" w16cid:durableId="2057579340">
    <w:abstractNumId w:val="7"/>
  </w:num>
  <w:num w:numId="6" w16cid:durableId="618536713">
    <w:abstractNumId w:val="3"/>
  </w:num>
  <w:num w:numId="7" w16cid:durableId="1983998828">
    <w:abstractNumId w:val="2"/>
  </w:num>
  <w:num w:numId="8" w16cid:durableId="520245587">
    <w:abstractNumId w:val="1"/>
  </w:num>
  <w:num w:numId="9" w16cid:durableId="397243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37789"/>
    <w:rsid w:val="00053B54"/>
    <w:rsid w:val="0006063C"/>
    <w:rsid w:val="00144EAD"/>
    <w:rsid w:val="0015074B"/>
    <w:rsid w:val="001B6D0E"/>
    <w:rsid w:val="0029639D"/>
    <w:rsid w:val="00326F90"/>
    <w:rsid w:val="00743F1A"/>
    <w:rsid w:val="0093529D"/>
    <w:rsid w:val="00AA1D8D"/>
    <w:rsid w:val="00B05E65"/>
    <w:rsid w:val="00B210ED"/>
    <w:rsid w:val="00B47730"/>
    <w:rsid w:val="00CB0664"/>
    <w:rsid w:val="00F533B0"/>
    <w:rsid w:val="00FC693F"/>
    <w:rsid w:val="00FE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3D0751"/>
  <w14:defaultImageDpi w14:val="300"/>
  <w15:docId w15:val="{D516CC2E-9C00-6D4B-9850-4AEE2BC4F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Calibri" w:hAnsi="Calibri"/>
    </w:rPr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Επικεφαλίδα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Τίτλος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Υπότιτλος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Σώμα κειμένου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Κείμενο μακροεντολής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Απόσπασμα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Επικεφαλίδα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Επικεφαλίδα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Επικεφαλίδα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Επικεφαλίδα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Έντονο απόσπ.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-">
    <w:name w:val="Hyperlink"/>
    <w:basedOn w:val="a2"/>
    <w:uiPriority w:val="99"/>
    <w:unhideWhenUsed/>
    <w:rsid w:val="00B210ED"/>
    <w:rPr>
      <w:color w:val="0000FF" w:themeColor="hyperlink"/>
      <w:u w:val="single"/>
    </w:rPr>
  </w:style>
  <w:style w:type="character" w:styleId="aff2">
    <w:name w:val="Unresolved Mention"/>
    <w:basedOn w:val="a2"/>
    <w:uiPriority w:val="99"/>
    <w:semiHidden/>
    <w:unhideWhenUsed/>
    <w:rsid w:val="00B21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m_dabi@uop.gr" TargetMode="External"/><Relationship Id="rId3" Type="http://schemas.openxmlformats.org/officeDocument/2006/relationships/styles" Target="styles.xml"/><Relationship Id="rId7" Type="http://schemas.openxmlformats.org/officeDocument/2006/relationships/hyperlink" Target="https://lll.uop.gr/texnikes-analisis-dedomeno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ll.uop.gr/online-registration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178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ΚΟΣΤΡΙΒΑ ΕΙΡΗΝΗ</cp:lastModifiedBy>
  <cp:revision>6</cp:revision>
  <dcterms:created xsi:type="dcterms:W3CDTF">2025-09-19T16:04:00Z</dcterms:created>
  <dcterms:modified xsi:type="dcterms:W3CDTF">2025-09-25T08:58:00Z</dcterms:modified>
  <cp:category/>
</cp:coreProperties>
</file>